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1BEF" w14:textId="77777777" w:rsidR="00CB5332" w:rsidRDefault="00CB5332">
      <w:pPr>
        <w:pStyle w:val="Title"/>
      </w:pPr>
    </w:p>
    <w:p w14:paraId="0263B7D9" w14:textId="77777777" w:rsidR="00CB5332" w:rsidRDefault="00CB5332">
      <w:pPr>
        <w:pStyle w:val="Title"/>
      </w:pPr>
    </w:p>
    <w:p w14:paraId="10D87558" w14:textId="0935B1DB" w:rsidR="00EE70A2" w:rsidRDefault="00000000">
      <w:pPr>
        <w:pStyle w:val="Title"/>
      </w:pPr>
      <w:r>
        <w:t xml:space="preserve">Programme Lead </w:t>
      </w:r>
      <w:r w:rsidR="00CB5332">
        <w:t>Role</w:t>
      </w:r>
      <w:r>
        <w:t>| Application Form</w:t>
      </w:r>
    </w:p>
    <w:p w14:paraId="1DDFC2D9" w14:textId="77777777" w:rsidR="00EE70A2" w:rsidRDefault="00000000">
      <w:r>
        <w:t>Please complete this form and submit it with your current CV. Enter your responses directly into the document; the spaces and table rows can be expanded as needed.</w:t>
      </w:r>
    </w:p>
    <w:p w14:paraId="2C42C2F2" w14:textId="77777777" w:rsidR="00EE70A2" w:rsidRDefault="00000000">
      <w:pPr>
        <w:pStyle w:val="Heading1"/>
        <w:spacing w:before="240" w:after="100"/>
      </w:pPr>
      <w:r>
        <w:t>1. Personal details</w:t>
      </w:r>
    </w:p>
    <w:p w14:paraId="183D75AA" w14:textId="6FEA77E0" w:rsidR="00EE70A2" w:rsidRDefault="00000000">
      <w:pPr>
        <w:spacing w:after="180"/>
      </w:pPr>
      <w:r>
        <w:rPr>
          <w:b/>
        </w:rPr>
        <w:t>Programme</w:t>
      </w:r>
      <w:r w:rsidR="00E61C1C">
        <w:rPr>
          <w:b/>
        </w:rPr>
        <w:t>/Subject</w:t>
      </w:r>
      <w:r>
        <w:rPr>
          <w:b/>
        </w:rPr>
        <w:t xml:space="preserve"> applied for:  </w:t>
      </w:r>
      <w:r>
        <w:t>________________________________________________________________</w:t>
      </w:r>
    </w:p>
    <w:p w14:paraId="08D7B3A2" w14:textId="676D2626" w:rsidR="00EE70A2" w:rsidRDefault="00000000">
      <w:pPr>
        <w:spacing w:after="180"/>
      </w:pPr>
      <w:r>
        <w:rPr>
          <w:b/>
        </w:rPr>
        <w:t xml:space="preserve">Full name:  </w:t>
      </w:r>
      <w:r>
        <w:t>____________________________________________________________</w:t>
      </w:r>
      <w:r w:rsidR="005F5371">
        <w:t>_____________________</w:t>
      </w:r>
      <w:r>
        <w:t>____</w:t>
      </w:r>
    </w:p>
    <w:p w14:paraId="5612FC28" w14:textId="6E33BBFD" w:rsidR="00EE70A2" w:rsidRDefault="00000000">
      <w:pPr>
        <w:spacing w:after="180"/>
      </w:pPr>
      <w:r>
        <w:rPr>
          <w:b/>
        </w:rPr>
        <w:t xml:space="preserve">Email address:  </w:t>
      </w:r>
      <w:r>
        <w:t>________________________________________________________________</w:t>
      </w:r>
      <w:r w:rsidR="005F5371">
        <w:t>________________</w:t>
      </w:r>
    </w:p>
    <w:p w14:paraId="31606E1D" w14:textId="3EA131F0" w:rsidR="00EE70A2" w:rsidRDefault="00000000">
      <w:pPr>
        <w:spacing w:after="180"/>
      </w:pPr>
      <w:r>
        <w:rPr>
          <w:b/>
        </w:rPr>
        <w:t xml:space="preserve">Telephone number:  </w:t>
      </w:r>
      <w:r>
        <w:t>________________________________________________________________</w:t>
      </w:r>
      <w:r w:rsidR="005F5371">
        <w:t>____________</w:t>
      </w:r>
    </w:p>
    <w:p w14:paraId="5B6D115F" w14:textId="2B3DB408" w:rsidR="00EE70A2" w:rsidRDefault="00000000">
      <w:pPr>
        <w:spacing w:after="180"/>
      </w:pPr>
      <w:r>
        <w:rPr>
          <w:b/>
        </w:rPr>
        <w:t xml:space="preserve">Current job title:  </w:t>
      </w:r>
      <w:r>
        <w:t>________________________________________________________________</w:t>
      </w:r>
      <w:r w:rsidR="005F5371">
        <w:t>_______________</w:t>
      </w:r>
    </w:p>
    <w:p w14:paraId="02404441" w14:textId="77777777" w:rsidR="00EE70A2" w:rsidRDefault="00000000">
      <w:pPr>
        <w:spacing w:after="180"/>
      </w:pPr>
      <w:r>
        <w:rPr>
          <w:b/>
        </w:rPr>
        <w:t xml:space="preserve">Current employer / organisation:  </w:t>
      </w:r>
      <w:r>
        <w:t>________________________________________________________________</w:t>
      </w:r>
    </w:p>
    <w:p w14:paraId="768723D0" w14:textId="77777777" w:rsidR="00EE70A2" w:rsidRDefault="00000000">
      <w:pPr>
        <w:pStyle w:val="Heading1"/>
        <w:spacing w:before="240" w:after="100"/>
      </w:pPr>
      <w:r>
        <w:t>2. Academic and professional qualifications</w:t>
      </w:r>
    </w:p>
    <w:p w14:paraId="3975D73B" w14:textId="77777777" w:rsidR="00EE70A2" w:rsidRDefault="00000000">
      <w:r>
        <w:t>List relevant qualifications, including any teaching qualifications.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E70A2" w14:paraId="0A17ABE2" w14:textId="77777777">
        <w:trPr>
          <w:jc w:val="center"/>
        </w:trPr>
        <w:tc>
          <w:tcPr>
            <w:tcW w:w="3331" w:type="dxa"/>
            <w:shd w:val="clear" w:color="auto" w:fill="EDF2F6"/>
          </w:tcPr>
          <w:p w14:paraId="78CEB5CA" w14:textId="77777777" w:rsidR="00EE70A2" w:rsidRDefault="00000000">
            <w:r>
              <w:rPr>
                <w:b/>
              </w:rPr>
              <w:t>Qualification / award</w:t>
            </w:r>
          </w:p>
        </w:tc>
        <w:tc>
          <w:tcPr>
            <w:tcW w:w="3331" w:type="dxa"/>
            <w:shd w:val="clear" w:color="auto" w:fill="EDF2F6"/>
          </w:tcPr>
          <w:p w14:paraId="2D2111E7" w14:textId="77777777" w:rsidR="00EE70A2" w:rsidRDefault="00000000">
            <w:r>
              <w:rPr>
                <w:b/>
              </w:rPr>
              <w:t>Institution / awarding body</w:t>
            </w:r>
          </w:p>
        </w:tc>
        <w:tc>
          <w:tcPr>
            <w:tcW w:w="3331" w:type="dxa"/>
            <w:shd w:val="clear" w:color="auto" w:fill="EDF2F6"/>
          </w:tcPr>
          <w:p w14:paraId="68B886C9" w14:textId="77777777" w:rsidR="00EE70A2" w:rsidRDefault="00000000">
            <w:r>
              <w:rPr>
                <w:b/>
              </w:rPr>
              <w:t>Year</w:t>
            </w:r>
          </w:p>
        </w:tc>
      </w:tr>
      <w:tr w:rsidR="00EE70A2" w14:paraId="075E6A09" w14:textId="77777777">
        <w:trPr>
          <w:jc w:val="center"/>
        </w:trPr>
        <w:tc>
          <w:tcPr>
            <w:tcW w:w="3331" w:type="dxa"/>
            <w:vAlign w:val="center"/>
          </w:tcPr>
          <w:p w14:paraId="4929AEEE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5F28B248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374C5B7C" w14:textId="77777777" w:rsidR="00EE70A2" w:rsidRDefault="00000000">
            <w:r>
              <w:br/>
            </w:r>
          </w:p>
        </w:tc>
      </w:tr>
      <w:tr w:rsidR="00EE70A2" w14:paraId="4280793D" w14:textId="77777777">
        <w:trPr>
          <w:jc w:val="center"/>
        </w:trPr>
        <w:tc>
          <w:tcPr>
            <w:tcW w:w="3331" w:type="dxa"/>
            <w:vAlign w:val="center"/>
          </w:tcPr>
          <w:p w14:paraId="4C168168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166F5E15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4979034D" w14:textId="77777777" w:rsidR="00EE70A2" w:rsidRDefault="00000000">
            <w:r>
              <w:br/>
            </w:r>
          </w:p>
        </w:tc>
      </w:tr>
      <w:tr w:rsidR="00EE70A2" w14:paraId="537097C3" w14:textId="77777777">
        <w:trPr>
          <w:jc w:val="center"/>
        </w:trPr>
        <w:tc>
          <w:tcPr>
            <w:tcW w:w="3331" w:type="dxa"/>
            <w:vAlign w:val="center"/>
          </w:tcPr>
          <w:p w14:paraId="55B7F1F3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0CC9DA7C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36CF8D68" w14:textId="77777777" w:rsidR="00EE70A2" w:rsidRDefault="00000000">
            <w:r>
              <w:br/>
            </w:r>
          </w:p>
        </w:tc>
      </w:tr>
      <w:tr w:rsidR="00EE70A2" w14:paraId="0B28A77C" w14:textId="77777777">
        <w:trPr>
          <w:jc w:val="center"/>
        </w:trPr>
        <w:tc>
          <w:tcPr>
            <w:tcW w:w="3331" w:type="dxa"/>
            <w:vAlign w:val="center"/>
          </w:tcPr>
          <w:p w14:paraId="217AEA89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03844352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04174116" w14:textId="77777777" w:rsidR="00EE70A2" w:rsidRDefault="00000000">
            <w:r>
              <w:br/>
            </w:r>
          </w:p>
        </w:tc>
      </w:tr>
    </w:tbl>
    <w:p w14:paraId="2D7D5D92" w14:textId="77777777" w:rsidR="00CB5332" w:rsidRDefault="00CB5332"/>
    <w:p w14:paraId="31AE0642" w14:textId="2200C6FC" w:rsidR="00EE70A2" w:rsidRDefault="00000000">
      <w:r>
        <w:t>Professional registration:</w:t>
      </w:r>
    </w:p>
    <w:p w14:paraId="0BEB0D8F" w14:textId="77777777" w:rsidR="00CB5332" w:rsidRPr="00CB5332" w:rsidRDefault="00CB5332" w:rsidP="00CB5332">
      <w:pPr>
        <w:spacing w:after="180"/>
        <w:rPr>
          <w:b/>
          <w:lang w:val="en-GB"/>
        </w:rPr>
      </w:pPr>
      <w:r w:rsidRPr="00CB5332">
        <w:rPr>
          <w:b/>
          <w:lang w:val="en-GB"/>
        </w:rPr>
        <w:t>Are you currently registered on the GDC Specialist List?</w:t>
      </w:r>
    </w:p>
    <w:p w14:paraId="5373E870" w14:textId="77777777" w:rsidR="00CB5332" w:rsidRPr="00CB5332" w:rsidRDefault="00CB5332" w:rsidP="00CB5332">
      <w:pPr>
        <w:spacing w:after="180"/>
        <w:rPr>
          <w:b/>
          <w:lang w:val="en-GB"/>
        </w:rPr>
      </w:pPr>
      <w:r w:rsidRPr="00CB5332">
        <w:rPr>
          <w:b/>
          <w:lang w:val="en-GB"/>
        </w:rPr>
        <w:t>☐ Yes</w:t>
      </w:r>
      <w:r w:rsidRPr="00CB5332">
        <w:rPr>
          <w:b/>
          <w:lang w:val="en-GB"/>
        </w:rPr>
        <w:t> </w:t>
      </w:r>
      <w:r w:rsidRPr="00CB5332">
        <w:rPr>
          <w:b/>
          <w:lang w:val="en-GB"/>
        </w:rPr>
        <w:t> </w:t>
      </w:r>
      <w:r w:rsidRPr="00CB5332">
        <w:rPr>
          <w:b/>
          <w:lang w:val="en-GB"/>
        </w:rPr>
        <w:t>☐ No</w:t>
      </w:r>
    </w:p>
    <w:p w14:paraId="20A8E116" w14:textId="65589055" w:rsidR="00CB5332" w:rsidRPr="00CB5332" w:rsidRDefault="00CB5332" w:rsidP="00CB5332">
      <w:pPr>
        <w:spacing w:after="180"/>
        <w:rPr>
          <w:b/>
          <w:lang w:val="en-GB"/>
        </w:rPr>
      </w:pPr>
      <w:r w:rsidRPr="00CB5332">
        <w:rPr>
          <w:b/>
          <w:lang w:val="en-GB"/>
        </w:rPr>
        <w:t xml:space="preserve">If yes, please specify your registered </w:t>
      </w:r>
      <w:r w:rsidR="00FD51DA" w:rsidRPr="00CB5332">
        <w:rPr>
          <w:b/>
          <w:lang w:val="en-GB"/>
        </w:rPr>
        <w:t>specialty:</w:t>
      </w:r>
      <w:r w:rsidR="00FD51DA">
        <w:rPr>
          <w:b/>
          <w:lang w:val="en-GB"/>
        </w:rPr>
        <w:t xml:space="preserve"> _</w:t>
      </w:r>
      <w:r>
        <w:rPr>
          <w:b/>
          <w:lang w:val="en-GB"/>
        </w:rPr>
        <w:t>__________________________________________________________</w:t>
      </w:r>
    </w:p>
    <w:p w14:paraId="094C71CC" w14:textId="77777777" w:rsidR="00CB5332" w:rsidRDefault="00CB5332">
      <w:pPr>
        <w:spacing w:after="180"/>
      </w:pPr>
    </w:p>
    <w:p w14:paraId="72E9C662" w14:textId="77777777" w:rsidR="00CB5332" w:rsidRDefault="00CB5332">
      <w:pPr>
        <w:spacing w:after="180"/>
      </w:pPr>
    </w:p>
    <w:p w14:paraId="1A424158" w14:textId="77777777" w:rsidR="00CB5332" w:rsidRDefault="00CB5332">
      <w:pPr>
        <w:spacing w:after="180"/>
      </w:pPr>
    </w:p>
    <w:p w14:paraId="55C2DE59" w14:textId="77777777" w:rsidR="00CB5332" w:rsidRDefault="00CB5332">
      <w:pPr>
        <w:spacing w:after="180"/>
      </w:pPr>
    </w:p>
    <w:p w14:paraId="6CCBFFFB" w14:textId="77777777" w:rsidR="00EE70A2" w:rsidRDefault="00000000">
      <w:pPr>
        <w:pStyle w:val="Heading1"/>
        <w:spacing w:before="240" w:after="100"/>
      </w:pPr>
      <w:r>
        <w:t>3. Relevant employment and professional experience</w:t>
      </w:r>
    </w:p>
    <w:p w14:paraId="69283B37" w14:textId="77777777" w:rsidR="00EE70A2" w:rsidRDefault="00000000">
      <w:r>
        <w:t>Summarise your relevant current and previous positions.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3331"/>
        <w:gridCol w:w="3331"/>
      </w:tblGrid>
      <w:tr w:rsidR="00EE70A2" w14:paraId="6F374877" w14:textId="77777777">
        <w:trPr>
          <w:jc w:val="center"/>
        </w:trPr>
        <w:tc>
          <w:tcPr>
            <w:tcW w:w="3331" w:type="dxa"/>
            <w:shd w:val="clear" w:color="auto" w:fill="EDF2F6"/>
          </w:tcPr>
          <w:p w14:paraId="477490B6" w14:textId="77777777" w:rsidR="00EE70A2" w:rsidRDefault="00000000">
            <w:r>
              <w:rPr>
                <w:b/>
              </w:rPr>
              <w:t>Position / job title</w:t>
            </w:r>
          </w:p>
        </w:tc>
        <w:tc>
          <w:tcPr>
            <w:tcW w:w="3331" w:type="dxa"/>
            <w:shd w:val="clear" w:color="auto" w:fill="EDF2F6"/>
          </w:tcPr>
          <w:p w14:paraId="5DE066E3" w14:textId="77777777" w:rsidR="00EE70A2" w:rsidRDefault="00000000">
            <w:r>
              <w:rPr>
                <w:b/>
              </w:rPr>
              <w:t>Employer / institution</w:t>
            </w:r>
          </w:p>
        </w:tc>
        <w:tc>
          <w:tcPr>
            <w:tcW w:w="3331" w:type="dxa"/>
            <w:shd w:val="clear" w:color="auto" w:fill="EDF2F6"/>
          </w:tcPr>
          <w:p w14:paraId="683025DC" w14:textId="77777777" w:rsidR="00EE70A2" w:rsidRDefault="00CB5332">
            <w:pPr>
              <w:rPr>
                <w:b/>
              </w:rPr>
            </w:pPr>
            <w:r>
              <w:rPr>
                <w:b/>
              </w:rPr>
              <w:t>Year/Dates</w:t>
            </w:r>
          </w:p>
          <w:p w14:paraId="04D80B54" w14:textId="4B4E43E6" w:rsidR="00CB5332" w:rsidRDefault="00CB5332"/>
        </w:tc>
      </w:tr>
      <w:tr w:rsidR="00EE70A2" w14:paraId="59759E5F" w14:textId="77777777">
        <w:trPr>
          <w:jc w:val="center"/>
        </w:trPr>
        <w:tc>
          <w:tcPr>
            <w:tcW w:w="3331" w:type="dxa"/>
            <w:vAlign w:val="center"/>
          </w:tcPr>
          <w:p w14:paraId="36E3EADA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60B57D24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2D8EC704" w14:textId="77777777" w:rsidR="00EE70A2" w:rsidRDefault="00000000">
            <w:r>
              <w:br/>
            </w:r>
          </w:p>
        </w:tc>
      </w:tr>
      <w:tr w:rsidR="00EE70A2" w14:paraId="783E73E2" w14:textId="77777777">
        <w:trPr>
          <w:jc w:val="center"/>
        </w:trPr>
        <w:tc>
          <w:tcPr>
            <w:tcW w:w="3331" w:type="dxa"/>
            <w:vAlign w:val="center"/>
          </w:tcPr>
          <w:p w14:paraId="10498C04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708D1F56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70F814AF" w14:textId="77777777" w:rsidR="00EE70A2" w:rsidRDefault="00000000">
            <w:r>
              <w:br/>
            </w:r>
          </w:p>
        </w:tc>
      </w:tr>
      <w:tr w:rsidR="00EE70A2" w14:paraId="3AF7BC8D" w14:textId="77777777">
        <w:trPr>
          <w:jc w:val="center"/>
        </w:trPr>
        <w:tc>
          <w:tcPr>
            <w:tcW w:w="3331" w:type="dxa"/>
            <w:vAlign w:val="center"/>
          </w:tcPr>
          <w:p w14:paraId="0EF09E1D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3FEE7F80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3B9E177C" w14:textId="77777777" w:rsidR="00EE70A2" w:rsidRDefault="00000000">
            <w:r>
              <w:br/>
            </w:r>
          </w:p>
        </w:tc>
      </w:tr>
      <w:tr w:rsidR="00EE70A2" w14:paraId="50E4B67D" w14:textId="77777777">
        <w:trPr>
          <w:jc w:val="center"/>
        </w:trPr>
        <w:tc>
          <w:tcPr>
            <w:tcW w:w="3331" w:type="dxa"/>
            <w:vAlign w:val="center"/>
          </w:tcPr>
          <w:p w14:paraId="4D093228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74D60690" w14:textId="77777777" w:rsidR="00EE70A2" w:rsidRDefault="00000000">
            <w:r>
              <w:br/>
            </w:r>
          </w:p>
        </w:tc>
        <w:tc>
          <w:tcPr>
            <w:tcW w:w="3331" w:type="dxa"/>
            <w:vAlign w:val="center"/>
          </w:tcPr>
          <w:p w14:paraId="51C6C0F1" w14:textId="77777777" w:rsidR="00EE70A2" w:rsidRDefault="00000000">
            <w:r>
              <w:br/>
            </w:r>
          </w:p>
        </w:tc>
      </w:tr>
    </w:tbl>
    <w:p w14:paraId="77C26AF3" w14:textId="24F92B29" w:rsidR="00EE70A2" w:rsidRDefault="00EE70A2">
      <w:pPr>
        <w:spacing w:after="60"/>
      </w:pPr>
    </w:p>
    <w:p w14:paraId="788DEFB3" w14:textId="72CEEE19" w:rsidR="00EE70A2" w:rsidRDefault="00E66CA7">
      <w:pPr>
        <w:pStyle w:val="Heading1"/>
        <w:spacing w:before="240" w:after="100"/>
      </w:pPr>
      <w:r>
        <w:t>4. Supporting statement</w:t>
      </w:r>
    </w:p>
    <w:p w14:paraId="113286A3" w14:textId="4D00AE37" w:rsidR="00885D63" w:rsidRPr="00885D63" w:rsidRDefault="00885D63" w:rsidP="00885D63">
      <w:pPr>
        <w:spacing w:after="60"/>
        <w:rPr>
          <w:lang w:val="en-GB"/>
        </w:rPr>
      </w:pPr>
      <w:r w:rsidRPr="00885D63">
        <w:rPr>
          <w:lang w:val="en-GB"/>
        </w:rPr>
        <w:t xml:space="preserve">Please explain how you meet the requirements of the Programme Lead role, with </w:t>
      </w:r>
      <w:proofErr w:type="gramStart"/>
      <w:r w:rsidRPr="00885D63">
        <w:rPr>
          <w:lang w:val="en-GB"/>
        </w:rPr>
        <w:t>particular reference</w:t>
      </w:r>
      <w:proofErr w:type="gramEnd"/>
      <w:r w:rsidRPr="00885D63">
        <w:rPr>
          <w:lang w:val="en-GB"/>
        </w:rPr>
        <w:t xml:space="preserve"> to your experience in postgraduate teaching, curriculum delivery, programme or module leadership, and supporting student progress</w:t>
      </w:r>
      <w:r w:rsidR="003E2788">
        <w:rPr>
          <w:lang w:val="en-GB"/>
        </w:rPr>
        <w:t xml:space="preserve"> with </w:t>
      </w:r>
      <w:r w:rsidRPr="00885D63">
        <w:rPr>
          <w:lang w:val="en-GB"/>
        </w:rPr>
        <w:t>relevant examples (500 words)</w:t>
      </w:r>
    </w:p>
    <w:p w14:paraId="21D30A71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4DF15ECB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3FCE7D32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6FA5ACC5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41E1F7F4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14F2252F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288931E0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324B21E3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075FCE32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1D1E2939" w14:textId="7B0FA251" w:rsidR="00EE70A2" w:rsidRDefault="00EE70A2">
      <w:pPr>
        <w:spacing w:after="60"/>
      </w:pPr>
    </w:p>
    <w:p w14:paraId="621EE14B" w14:textId="670C9668" w:rsidR="00EE70A2" w:rsidRDefault="00E66CA7">
      <w:pPr>
        <w:pStyle w:val="Heading1"/>
        <w:spacing w:before="240" w:after="100"/>
      </w:pPr>
      <w:r>
        <w:t>5. Availability and additional information</w:t>
      </w:r>
    </w:p>
    <w:p w14:paraId="55B5D8A8" w14:textId="77777777" w:rsidR="00EE70A2" w:rsidRDefault="00000000">
      <w:pPr>
        <w:spacing w:after="180"/>
      </w:pPr>
      <w:r>
        <w:rPr>
          <w:b/>
        </w:rPr>
        <w:t xml:space="preserve">Notice period / earliest start date:  </w:t>
      </w:r>
      <w:r>
        <w:t>________________________________________________________________</w:t>
      </w:r>
    </w:p>
    <w:p w14:paraId="763B9FFD" w14:textId="163909B3" w:rsidR="00E61C1C" w:rsidRDefault="00E61C1C">
      <w:pPr>
        <w:spacing w:after="180"/>
      </w:pPr>
      <w:r w:rsidRPr="00E61C1C">
        <w:rPr>
          <w:b/>
          <w:bCs/>
        </w:rPr>
        <w:t>Preferred working days</w:t>
      </w:r>
      <w:r>
        <w:t>:  __________________________________________________________________________</w:t>
      </w:r>
    </w:p>
    <w:p w14:paraId="3C4579C7" w14:textId="77777777" w:rsidR="00EE70A2" w:rsidRDefault="00000000">
      <w:r>
        <w:t>Do you currently have the right to work in the UK?     ☐ Yes      ☐ No</w:t>
      </w:r>
    </w:p>
    <w:p w14:paraId="4AF759E8" w14:textId="77777777" w:rsidR="00E66CA7" w:rsidRDefault="00E66CA7"/>
    <w:p w14:paraId="6E0C0ECD" w14:textId="77777777" w:rsidR="00E66CA7" w:rsidRDefault="00E66CA7"/>
    <w:p w14:paraId="33CFDB15" w14:textId="77777777" w:rsidR="00E66CA7" w:rsidRDefault="00E66CA7"/>
    <w:p w14:paraId="5363348A" w14:textId="77777777" w:rsidR="00E66CA7" w:rsidRDefault="00E66CA7"/>
    <w:p w14:paraId="505D8B7A" w14:textId="77777777" w:rsidR="00EE70A2" w:rsidRDefault="00000000">
      <w:r>
        <w:t>Additional information (optional):</w:t>
      </w:r>
    </w:p>
    <w:p w14:paraId="017607A5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280FF040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0680A0A5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0F9F8D4F" w14:textId="77777777" w:rsidR="00CB5332" w:rsidRDefault="00CB5332" w:rsidP="00CB5332">
      <w:pPr>
        <w:spacing w:after="60"/>
      </w:pPr>
      <w:r>
        <w:t>_________________________________________________________________________________________________________</w:t>
      </w:r>
    </w:p>
    <w:p w14:paraId="5FA064CA" w14:textId="5A71984F" w:rsidR="003E2788" w:rsidRPr="003E2788" w:rsidRDefault="003E2788" w:rsidP="003E2788">
      <w:r w:rsidRPr="00BC4018">
        <w:rPr>
          <w:b/>
          <w:bCs/>
        </w:rPr>
        <w:t>If you are not selected for this role, would you like to be considered for other suitable faculty positions at the College?</w:t>
      </w:r>
      <w:r>
        <w:t xml:space="preserve">    </w:t>
      </w:r>
      <w:r>
        <w:t>☐ Yes</w:t>
      </w:r>
      <w:r>
        <w:t xml:space="preserve">      </w:t>
      </w:r>
      <w:r>
        <w:t xml:space="preserve">      ☐ No</w:t>
      </w:r>
    </w:p>
    <w:p w14:paraId="524667E4" w14:textId="77777777" w:rsidR="00EE70A2" w:rsidRDefault="00000000">
      <w:pPr>
        <w:pStyle w:val="Heading1"/>
        <w:spacing w:before="240" w:after="100"/>
      </w:pPr>
      <w:r>
        <w:t>7. Declaration</w:t>
      </w:r>
    </w:p>
    <w:p w14:paraId="720C7163" w14:textId="77777777" w:rsidR="00EE70A2" w:rsidRDefault="00000000">
      <w:r>
        <w:t>I confirm that the information provided is accurate and complete to the best of my knowledge. I understand that any offer of employment is subject to appropriate pre-employment checks, including verification of qualifications and professional registration where applicable.</w:t>
      </w:r>
    </w:p>
    <w:p w14:paraId="6266E1D1" w14:textId="09E6945B" w:rsidR="00EE70A2" w:rsidRDefault="00000000">
      <w:pPr>
        <w:spacing w:after="180"/>
      </w:pPr>
      <w:r>
        <w:rPr>
          <w:b/>
        </w:rPr>
        <w:t xml:space="preserve">Applicant name:  </w:t>
      </w:r>
      <w:r>
        <w:t>____________________________________________________________</w:t>
      </w:r>
      <w:r w:rsidR="00CB5332">
        <w:t>_______</w:t>
      </w:r>
      <w:r>
        <w:t>____</w:t>
      </w:r>
    </w:p>
    <w:p w14:paraId="1FF1FCB3" w14:textId="77777777" w:rsidR="00EE70A2" w:rsidRDefault="00000000">
      <w:pPr>
        <w:spacing w:after="180"/>
      </w:pPr>
      <w:r>
        <w:rPr>
          <w:b/>
        </w:rPr>
        <w:t xml:space="preserve">Signature / typed name:  </w:t>
      </w:r>
      <w:r>
        <w:t>________________________________________________________________</w:t>
      </w:r>
    </w:p>
    <w:p w14:paraId="2178167A" w14:textId="0FA9B2D2" w:rsidR="00EE70A2" w:rsidRDefault="00000000">
      <w:pPr>
        <w:spacing w:after="180"/>
      </w:pPr>
      <w:r>
        <w:rPr>
          <w:b/>
        </w:rPr>
        <w:t xml:space="preserve">Date:  </w:t>
      </w:r>
      <w:r>
        <w:t>________________________________________________________________</w:t>
      </w:r>
      <w:r w:rsidR="00CB5332">
        <w:t>__________________</w:t>
      </w:r>
    </w:p>
    <w:p w14:paraId="170309AF" w14:textId="77777777" w:rsidR="00EE70A2" w:rsidRDefault="00000000">
      <w:pPr>
        <w:pStyle w:val="Heading1"/>
        <w:spacing w:before="240" w:after="100"/>
      </w:pPr>
      <w:r>
        <w:t>Submission</w:t>
      </w:r>
    </w:p>
    <w:p w14:paraId="4719FADE" w14:textId="016F9237" w:rsidR="00EE70A2" w:rsidRDefault="00000000">
      <w:r>
        <w:t xml:space="preserve">Please email the completed form and your current CV to: </w:t>
      </w:r>
      <w:hyperlink r:id="rId8" w:history="1">
        <w:r w:rsidR="00CB5332" w:rsidRPr="008861D5">
          <w:rPr>
            <w:rStyle w:val="Hyperlink"/>
          </w:rPr>
          <w:t>jobs@comd.ac.uk</w:t>
        </w:r>
      </w:hyperlink>
      <w:r w:rsidR="00CB5332">
        <w:t xml:space="preserve"> </w:t>
      </w:r>
    </w:p>
    <w:sectPr w:rsidR="00EE70A2" w:rsidSect="00034616">
      <w:headerReference w:type="default" r:id="rId9"/>
      <w:footerReference w:type="default" r:id="rId10"/>
      <w:pgSz w:w="12240" w:h="15840"/>
      <w:pgMar w:top="1037" w:right="1123" w:bottom="1008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A5BD" w14:textId="77777777" w:rsidR="00AA3A6F" w:rsidRDefault="00AA3A6F">
      <w:pPr>
        <w:spacing w:after="0" w:line="240" w:lineRule="auto"/>
      </w:pPr>
      <w:r>
        <w:separator/>
      </w:r>
    </w:p>
  </w:endnote>
  <w:endnote w:type="continuationSeparator" w:id="0">
    <w:p w14:paraId="0379F7F0" w14:textId="77777777" w:rsidR="00AA3A6F" w:rsidRDefault="00AA3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5ED22" w14:textId="77777777" w:rsidR="00EE70A2" w:rsidRDefault="00000000">
    <w:pPr>
      <w:pStyle w:val="Footer"/>
      <w:jc w:val="center"/>
    </w:pPr>
    <w:r>
      <w:t xml:space="preserve">College of Medicine and </w:t>
    </w:r>
    <w:proofErr w:type="gramStart"/>
    <w:r>
      <w:t>Dentistry  |</w:t>
    </w:r>
    <w:proofErr w:type="gramEnd"/>
    <w:r>
      <w:t xml:space="preserve">  Programme Lead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13AE" w14:textId="77777777" w:rsidR="00AA3A6F" w:rsidRDefault="00AA3A6F">
      <w:pPr>
        <w:spacing w:after="0" w:line="240" w:lineRule="auto"/>
      </w:pPr>
      <w:r>
        <w:separator/>
      </w:r>
    </w:p>
  </w:footnote>
  <w:footnote w:type="continuationSeparator" w:id="0">
    <w:p w14:paraId="19399CC6" w14:textId="77777777" w:rsidR="00AA3A6F" w:rsidRDefault="00AA3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E9F4" w14:textId="20218EBD" w:rsidR="00CB5332" w:rsidRPr="00CB5332" w:rsidRDefault="00CB5332" w:rsidP="00CB5332">
    <w:pPr>
      <w:pStyle w:val="Header"/>
    </w:pPr>
    <w:r>
      <w:rPr>
        <w:noProof/>
      </w:rPr>
      <w:drawing>
        <wp:inline distT="0" distB="0" distL="0" distR="0" wp14:anchorId="426DB04B" wp14:editId="0510F99A">
          <wp:extent cx="4121270" cy="875433"/>
          <wp:effectExtent l="0" t="0" r="0" b="1270"/>
          <wp:docPr id="225022921" name="Picture 1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897277" name="Picture 1" descr="A black background with blue tex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1930" cy="881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6143920">
    <w:abstractNumId w:val="8"/>
  </w:num>
  <w:num w:numId="2" w16cid:durableId="1222211703">
    <w:abstractNumId w:val="6"/>
  </w:num>
  <w:num w:numId="3" w16cid:durableId="1776711620">
    <w:abstractNumId w:val="5"/>
  </w:num>
  <w:num w:numId="4" w16cid:durableId="785545299">
    <w:abstractNumId w:val="4"/>
  </w:num>
  <w:num w:numId="5" w16cid:durableId="181018528">
    <w:abstractNumId w:val="7"/>
  </w:num>
  <w:num w:numId="6" w16cid:durableId="216860115">
    <w:abstractNumId w:val="3"/>
  </w:num>
  <w:num w:numId="7" w16cid:durableId="1533810497">
    <w:abstractNumId w:val="2"/>
  </w:num>
  <w:num w:numId="8" w16cid:durableId="305744014">
    <w:abstractNumId w:val="1"/>
  </w:num>
  <w:num w:numId="9" w16cid:durableId="1188173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659"/>
    <w:rsid w:val="0015074B"/>
    <w:rsid w:val="0029639D"/>
    <w:rsid w:val="00326F90"/>
    <w:rsid w:val="003E2788"/>
    <w:rsid w:val="00475933"/>
    <w:rsid w:val="00597CFF"/>
    <w:rsid w:val="005F5371"/>
    <w:rsid w:val="00885D63"/>
    <w:rsid w:val="009F6CB7"/>
    <w:rsid w:val="00AA1D8D"/>
    <w:rsid w:val="00AA3A6F"/>
    <w:rsid w:val="00B47730"/>
    <w:rsid w:val="00BC4018"/>
    <w:rsid w:val="00CB0664"/>
    <w:rsid w:val="00CB5332"/>
    <w:rsid w:val="00DB68C5"/>
    <w:rsid w:val="00E61C1C"/>
    <w:rsid w:val="00E66CA7"/>
    <w:rsid w:val="00EA1DDD"/>
    <w:rsid w:val="00EE70A2"/>
    <w:rsid w:val="00FC693F"/>
    <w:rsid w:val="00FD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5A70A3"/>
  <w14:defaultImageDpi w14:val="300"/>
  <w15:docId w15:val="{860532C1-A5EC-4437-923B-579F4813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54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54E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B53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comd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Sadia Jahanzeb</cp:lastModifiedBy>
  <cp:revision>8</cp:revision>
  <dcterms:created xsi:type="dcterms:W3CDTF">2013-12-23T23:15:00Z</dcterms:created>
  <dcterms:modified xsi:type="dcterms:W3CDTF">2026-10-13T11:39:00Z</dcterms:modified>
  <cp:category/>
</cp:coreProperties>
</file>